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677C" w14:textId="77777777" w:rsidR="003C143B" w:rsidRDefault="00CA5DD2">
      <w:pPr>
        <w:spacing w:after="40"/>
        <w:jc w:val="center"/>
      </w:pPr>
      <w:r>
        <w:rPr>
          <w:b/>
        </w:rPr>
        <w:t>MODELO GRATUITO</w:t>
      </w:r>
    </w:p>
    <w:p w14:paraId="3E93F2EA" w14:textId="77777777" w:rsidR="003C143B" w:rsidRDefault="00CA5DD2">
      <w:pPr>
        <w:spacing w:after="40"/>
        <w:jc w:val="center"/>
      </w:pPr>
      <w:r>
        <w:rPr>
          <w:b/>
          <w:sz w:val="36"/>
        </w:rPr>
        <w:t>CONSTITUCIÓN DE HIPOTECA</w:t>
      </w:r>
    </w:p>
    <w:p w14:paraId="4CDAC004" w14:textId="77777777" w:rsidR="003C143B" w:rsidRDefault="00CA5DD2">
      <w:pPr>
        <w:spacing w:after="240"/>
        <w:jc w:val="center"/>
      </w:pPr>
      <w:r>
        <w:t>ESCRITURA PÚBLICA</w:t>
      </w:r>
    </w:p>
    <w:p w14:paraId="7F053E74" w14:textId="77777777" w:rsidR="003C143B" w:rsidRDefault="00CA5DD2">
      <w:pPr>
        <w:spacing w:after="100"/>
        <w:jc w:val="both"/>
      </w:pPr>
      <w:r>
        <w:t>SEÑORA NOTARIA: En el Registro de Escrituras Públicas a su cargo, sírvase incorporar una escritura pública de CONSTITUCIÓN DE HIPOTECA, al tenor de las siguientes cláusulas:</w:t>
      </w:r>
    </w:p>
    <w:p w14:paraId="0739E2A7" w14:textId="77777777" w:rsidR="003C143B" w:rsidRDefault="00CA5DD2">
      <w:pPr>
        <w:spacing w:before="140" w:after="40"/>
        <w:jc w:val="both"/>
      </w:pPr>
      <w:r>
        <w:rPr>
          <w:b/>
        </w:rPr>
        <w:t xml:space="preserve">PRIMERA: </w:t>
      </w:r>
      <w:r>
        <w:rPr>
          <w:b/>
        </w:rPr>
        <w:t>COMPARECIENTES.-</w:t>
      </w:r>
    </w:p>
    <w:p w14:paraId="52B8D38B" w14:textId="77777777" w:rsidR="003C143B" w:rsidRDefault="00CA5DD2">
      <w:pPr>
        <w:spacing w:after="100"/>
        <w:jc w:val="both"/>
      </w:pPr>
      <w:r>
        <w:t xml:space="preserve">Comparecen a la celebración de la presente escritura pública, por una parte, </w:t>
      </w:r>
      <w:r>
        <w:rPr>
          <w:color w:val="C00000"/>
        </w:rPr>
        <w:t>[NOMBRE COMPLETO DEL/DE LOS DEUDORES HIPOTECARIOS]</w:t>
      </w:r>
      <w:r>
        <w:t xml:space="preserve">, de nacionalidad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de </w:t>
      </w:r>
      <w:r>
        <w:rPr>
          <w:color w:val="C00000"/>
        </w:rPr>
        <w:t>[____]</w:t>
      </w:r>
      <w:r>
        <w:t xml:space="preserve"> años de edad, de profesión u ocupación </w:t>
      </w:r>
      <w:r>
        <w:rPr>
          <w:color w:val="C00000"/>
        </w:rPr>
        <w:t>[</w:t>
      </w:r>
      <w:r>
        <w:rPr>
          <w:color w:val="C00000"/>
        </w:rPr>
        <w:t>__________]</w:t>
      </w:r>
      <w:r>
        <w:t xml:space="preserve">, domiciliado/s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, quien/es comparece/n en calidad de DEUDOR/ES HIPOTECARIO/S; y, por otra parte, </w:t>
      </w:r>
      <w:r>
        <w:rPr>
          <w:color w:val="C00000"/>
        </w:rPr>
        <w:t>[NOMBRE COMPLETO DEL ACREEDOR HIPOTECARIO]</w:t>
      </w:r>
      <w:r>
        <w:t>, de naciona</w:t>
      </w:r>
      <w:r>
        <w:t xml:space="preserve">lidad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de </w:t>
      </w:r>
      <w:r>
        <w:rPr>
          <w:color w:val="C00000"/>
        </w:rPr>
        <w:t>[____]</w:t>
      </w:r>
      <w:r>
        <w:t xml:space="preserve"> años de edad, de profesión u ocupación </w:t>
      </w:r>
      <w:r>
        <w:rPr>
          <w:color w:val="C00000"/>
        </w:rPr>
        <w:t>[__________]</w:t>
      </w:r>
      <w:r>
        <w:t xml:space="preserve">, domiciliado/a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quien comparece en calidad de ACR</w:t>
      </w:r>
      <w:r>
        <w:t xml:space="preserve">EEDOR HIPOTECARIO </w:t>
      </w:r>
      <w:r>
        <w:rPr>
          <w:color w:val="C00000"/>
        </w:rPr>
        <w:t>[USAR SOLO CUANDO CORRESPONDA: por medio de su representante legal, señor/a [NOMBRE]</w:t>
      </w:r>
      <w:r>
        <w:t>, conforme consta del documento habilitante que se incorpora]. Los comparecientes declaran ser legalmente capaces para contratar y obligarse.</w:t>
      </w:r>
    </w:p>
    <w:p w14:paraId="17986227" w14:textId="77777777" w:rsidR="003C143B" w:rsidRDefault="00CA5DD2">
      <w:pPr>
        <w:spacing w:before="140" w:after="40"/>
        <w:jc w:val="both"/>
      </w:pPr>
      <w:r>
        <w:rPr>
          <w:b/>
        </w:rPr>
        <w:t>SEGUNDA: DES</w:t>
      </w:r>
      <w:r>
        <w:rPr>
          <w:b/>
        </w:rPr>
        <w:t>CRIPCIÓN DEL INMUEBLE, FORMA DE ADQUISICIÓN Y ANTECEDENTES.-</w:t>
      </w:r>
    </w:p>
    <w:p w14:paraId="4BFA1FCD" w14:textId="77777777" w:rsidR="003C143B" w:rsidRDefault="00CA5DD2">
      <w:pPr>
        <w:spacing w:after="100"/>
        <w:jc w:val="both"/>
      </w:pPr>
      <w:r>
        <w:t xml:space="preserve">El/los DEUDOR/ES HIPOTECARIO/S declara/n ser legítimo/s propietario/s del inmueble ubicado en </w:t>
      </w:r>
      <w:r>
        <w:rPr>
          <w:color w:val="C00000"/>
        </w:rPr>
        <w:t>[UBICACIÓN DEL INMUEBLE]</w:t>
      </w:r>
      <w:r>
        <w:t>, cuya descripción, linderos, superficie y demás características son las sigu</w:t>
      </w:r>
      <w:r>
        <w:t xml:space="preserve">ientes: </w:t>
      </w:r>
      <w:r>
        <w:rPr>
          <w:color w:val="C00000"/>
        </w:rPr>
        <w:t>[TRANSCRIBIR LA DESCRIPCIÓN DEL INMUEBLE CONFORME CONSTA EN EL CERTIFICADO DE GRAVÁMENES O EN EL TÍTULO DE ADQUISICIÓN]</w:t>
      </w:r>
      <w:r>
        <w:t xml:space="preserve">. Dicho inmueble fue adquirido mediante </w:t>
      </w:r>
      <w:r>
        <w:rPr>
          <w:color w:val="C00000"/>
        </w:rPr>
        <w:t>[FORMA DE ADQUISICIÓN]</w:t>
      </w:r>
      <w:r>
        <w:t xml:space="preserve">, según escritura otorgada ante </w:t>
      </w:r>
      <w:r>
        <w:rPr>
          <w:color w:val="C00000"/>
        </w:rPr>
        <w:t>[NOTARIO / ENTIDAD]</w:t>
      </w:r>
      <w:r>
        <w:t xml:space="preserve">, el </w:t>
      </w:r>
      <w:r>
        <w:rPr>
          <w:color w:val="C00000"/>
        </w:rPr>
        <w:t>[FECHA]</w:t>
      </w:r>
      <w:r>
        <w:t xml:space="preserve">, e </w:t>
      </w:r>
      <w:r>
        <w:t xml:space="preserve">inscrita en el Registro de la Propiedad del cantón </w:t>
      </w:r>
      <w:r>
        <w:rPr>
          <w:color w:val="C00000"/>
        </w:rPr>
        <w:t>[CANTÓN]</w:t>
      </w:r>
      <w:r>
        <w:t xml:space="preserve"> el </w:t>
      </w:r>
      <w:r>
        <w:rPr>
          <w:color w:val="C00000"/>
        </w:rPr>
        <w:t>[FECHA]</w:t>
      </w:r>
      <w:r>
        <w:t xml:space="preserve">. </w:t>
      </w:r>
      <w:r>
        <w:rPr>
          <w:color w:val="C00000"/>
        </w:rPr>
        <w:t>[USAR SOLO CUANDO CORRESPONDA A PROPIEDAD HORIZONTAL: Incorporar la información de la declaratoria de propiedad horizontal, incluyendo alícuota, linderos, niveles y áreas que correspon</w:t>
      </w:r>
      <w:r>
        <w:rPr>
          <w:color w:val="C00000"/>
        </w:rPr>
        <w:t>dan.]</w:t>
      </w:r>
    </w:p>
    <w:p w14:paraId="55A2C6B3" w14:textId="77777777" w:rsidR="003C143B" w:rsidRDefault="00CA5DD2">
      <w:pPr>
        <w:spacing w:before="140" w:after="40"/>
        <w:jc w:val="both"/>
      </w:pPr>
      <w:r>
        <w:rPr>
          <w:b/>
        </w:rPr>
        <w:t>TERCERA: OBLIGACIÓN GARANTIZADA.-</w:t>
      </w:r>
    </w:p>
    <w:p w14:paraId="60ADA8F4" w14:textId="77777777" w:rsidR="003C143B" w:rsidRDefault="00CA5DD2">
      <w:pPr>
        <w:spacing w:after="100"/>
        <w:jc w:val="both"/>
      </w:pPr>
      <w:r>
        <w:t xml:space="preserve">El/los DEUDOR/ES HIPOTECARIO/S mantiene/n a favor de EL ACREEDOR HIPOTECARIO una obligación derivada de </w:t>
      </w:r>
      <w:r>
        <w:rPr>
          <w:color w:val="C00000"/>
        </w:rPr>
        <w:t>[PRÉSTAMO / MUTUO / CONTRATO / OTRA OBLIGACIÓN]</w:t>
      </w:r>
      <w:r>
        <w:t xml:space="preserve">, por la cantidad de </w:t>
      </w:r>
      <w:r>
        <w:rPr>
          <w:color w:val="C00000"/>
        </w:rPr>
        <w:t>[VALOR EN LETRAS]</w:t>
      </w:r>
      <w:r>
        <w:t xml:space="preserve"> DÓLARES DE LOS ESTADOS UNI</w:t>
      </w:r>
      <w:r>
        <w:t xml:space="preserve">DOS DE AMÉRICA (USD </w:t>
      </w:r>
      <w:r>
        <w:rPr>
          <w:color w:val="C00000"/>
        </w:rPr>
        <w:t>[__________]</w:t>
      </w:r>
      <w:r>
        <w:t xml:space="preserve">), que deberá ser pagada en la forma y plazo acordados entre las partes. </w:t>
      </w:r>
      <w:r>
        <w:rPr>
          <w:color w:val="C00000"/>
        </w:rPr>
        <w:t>[USAR SOLO CUANDO CORRESPONDA A HIPOTECA ABIERTA: La hipoteca garantizará las obligaciones que EL/LOS DEUDOR/ES HIPOTECARIO/S mantenga/n o llegue/n a m</w:t>
      </w:r>
      <w:r>
        <w:rPr>
          <w:color w:val="C00000"/>
        </w:rPr>
        <w:t>antener a favor de EL ACREEDOR HIPOTECARIO, incluyendo capital, intereses, gastos y demás obligaciones acordadas entre las partes.]</w:t>
      </w:r>
    </w:p>
    <w:p w14:paraId="01377003" w14:textId="77777777" w:rsidR="003C143B" w:rsidRDefault="00CA5DD2">
      <w:pPr>
        <w:spacing w:before="140" w:after="40"/>
        <w:jc w:val="both"/>
      </w:pPr>
      <w:r>
        <w:rPr>
          <w:b/>
        </w:rPr>
        <w:t>CUARTA: CONSTITUCIÓN DE HIPOTECA.-</w:t>
      </w:r>
    </w:p>
    <w:p w14:paraId="46D0CEA0" w14:textId="77777777" w:rsidR="003C143B" w:rsidRDefault="00CA5DD2">
      <w:pPr>
        <w:spacing w:after="100"/>
        <w:jc w:val="both"/>
      </w:pPr>
      <w:r>
        <w:t>Con el objeto de garantizar el cumplimiento de la obligación descrita en la cláusula ante</w:t>
      </w:r>
      <w:r>
        <w:t xml:space="preserve">rior, EL/LOS DEUDOR/ES HIPOTECARIO/S constituye/n a favor de EL ACREEDOR HIPOTECARIO </w:t>
      </w:r>
      <w:r>
        <w:rPr>
          <w:color w:val="C00000"/>
        </w:rPr>
        <w:t>[PRIMERA / SEGUNDA / TERCERA]</w:t>
      </w:r>
      <w:r>
        <w:t xml:space="preserve"> HIPOTECA </w:t>
      </w:r>
      <w:r>
        <w:rPr>
          <w:color w:val="C00000"/>
        </w:rPr>
        <w:t>[CERRADA / ABIERTA]</w:t>
      </w:r>
      <w:r>
        <w:t xml:space="preserve"> sobre el inmueble descrito en la cláusula </w:t>
      </w:r>
      <w:r>
        <w:lastRenderedPageBreak/>
        <w:t>segunda, junto con todos sus derechos, usos, costumbres, entradas, sal</w:t>
      </w:r>
      <w:r>
        <w:t xml:space="preserve">idas y servidumbres que le sean inherentes. </w:t>
      </w:r>
      <w:r>
        <w:rPr>
          <w:color w:val="C00000"/>
        </w:rPr>
        <w:t>[USAR SOLO CUANDO CORRESPONDA: El/los DEUDOR/ES HIPOTECARIO/S constituye/n además prohibición voluntaria de enajenar sobre el inmueble hipotecado.]</w:t>
      </w:r>
    </w:p>
    <w:p w14:paraId="5393980E" w14:textId="77777777" w:rsidR="003C143B" w:rsidRDefault="00CA5DD2">
      <w:pPr>
        <w:spacing w:before="140" w:after="40"/>
        <w:jc w:val="both"/>
      </w:pPr>
      <w:r>
        <w:rPr>
          <w:b/>
        </w:rPr>
        <w:t>QUINTA: CUANTÍA.-</w:t>
      </w:r>
    </w:p>
    <w:p w14:paraId="603D44C6" w14:textId="71463C05" w:rsidR="003C143B" w:rsidRDefault="00CA5DD2">
      <w:pPr>
        <w:spacing w:after="100"/>
        <w:jc w:val="both"/>
      </w:pPr>
      <w:r>
        <w:rPr>
          <w:color w:val="C00000"/>
        </w:rPr>
        <w:t xml:space="preserve">[USAR SOLO CUANDO CORRESPONDA A </w:t>
      </w:r>
      <w:r>
        <w:rPr>
          <w:color w:val="C00000"/>
        </w:rPr>
        <w:t>HIPOTECA CERRADA: La cuantía de la presente escritura se fija en la cantidad de [VALOR EN LETRAS]</w:t>
      </w:r>
      <w:r>
        <w:t xml:space="preserve"> DÓLARES DE LOS ESTADOS UNIDOS DE AMÉRICA (USD </w:t>
      </w:r>
      <w:r>
        <w:rPr>
          <w:color w:val="C00000"/>
        </w:rPr>
        <w:t>[__________]</w:t>
      </w:r>
      <w:r w:rsidRPr="00C96AC9">
        <w:rPr>
          <w:color w:val="FF0000"/>
        </w:rPr>
        <w:t xml:space="preserve">), que corresponde por lo general al valor de la deuda garantizada mediante la presente hipoteca.] </w:t>
      </w:r>
      <w:r>
        <w:rPr>
          <w:color w:val="C00000"/>
        </w:rPr>
        <w:t>[</w:t>
      </w:r>
      <w:r>
        <w:rPr>
          <w:color w:val="C00000"/>
        </w:rPr>
        <w:t xml:space="preserve">USAR SOLO CUANDO CORRESPONDA A HIPOTECA ABIERTA: La cuantía de la presente escritura, </w:t>
      </w:r>
      <w:r w:rsidR="00C96AC9">
        <w:rPr>
          <w:color w:val="C00000"/>
        </w:rPr>
        <w:t>por su naturaleza</w:t>
      </w:r>
      <w:r>
        <w:rPr>
          <w:color w:val="C00000"/>
        </w:rPr>
        <w:t xml:space="preserve"> es indeterminada.]</w:t>
      </w:r>
    </w:p>
    <w:p w14:paraId="29844B27" w14:textId="77777777" w:rsidR="003C143B" w:rsidRDefault="00CA5DD2">
      <w:pPr>
        <w:spacing w:before="140" w:after="40"/>
        <w:jc w:val="both"/>
      </w:pPr>
      <w:r>
        <w:rPr>
          <w:b/>
        </w:rPr>
        <w:t>SEXTA: GASTOS.-</w:t>
      </w:r>
    </w:p>
    <w:p w14:paraId="5343EE3C" w14:textId="77777777" w:rsidR="003C143B" w:rsidRDefault="00CA5DD2">
      <w:pPr>
        <w:spacing w:after="100"/>
        <w:jc w:val="both"/>
      </w:pPr>
      <w:r>
        <w:t xml:space="preserve">Los gastos que demande el otorgamiento e inscripción de la presente escritura serán de cuenta de </w:t>
      </w:r>
      <w:r>
        <w:rPr>
          <w:color w:val="C00000"/>
        </w:rPr>
        <w:t>[DEUDOR/ES HIPOTECARIO/S / ACREEDOR HIPOTECARIO / DISTRIBUCIÓN ACORDADA]</w:t>
      </w:r>
      <w:r>
        <w:t>.</w:t>
      </w:r>
    </w:p>
    <w:p w14:paraId="7017502E" w14:textId="77777777" w:rsidR="003C143B" w:rsidRDefault="00CA5DD2">
      <w:pPr>
        <w:spacing w:before="140" w:after="40"/>
        <w:jc w:val="both"/>
      </w:pPr>
      <w:r>
        <w:rPr>
          <w:b/>
        </w:rPr>
        <w:t>SÉPTIMA: AUTORIZACIÓN.-</w:t>
      </w:r>
    </w:p>
    <w:p w14:paraId="496BF37D" w14:textId="77777777" w:rsidR="003C143B" w:rsidRDefault="00CA5DD2">
      <w:pPr>
        <w:spacing w:after="100"/>
        <w:jc w:val="both"/>
      </w:pPr>
      <w:r>
        <w:t xml:space="preserve">Cualquiera de las partes o sus abogados patrocinadores quedan autorizados para realizar las gestiones necesarias para la inscripción de la presente escritura </w:t>
      </w:r>
      <w:r>
        <w:t xml:space="preserve">en el Registro de la Propiedad del cantón </w:t>
      </w:r>
      <w:r>
        <w:rPr>
          <w:color w:val="C00000"/>
        </w:rPr>
        <w:t>[CANTÓN]</w:t>
      </w:r>
      <w:r>
        <w:t>.</w:t>
      </w:r>
    </w:p>
    <w:p w14:paraId="4D68E923" w14:textId="77777777" w:rsidR="003C143B" w:rsidRDefault="00CA5DD2">
      <w:pPr>
        <w:spacing w:before="140" w:after="40"/>
        <w:jc w:val="both"/>
      </w:pPr>
      <w:r>
        <w:rPr>
          <w:b/>
        </w:rPr>
        <w:t>OCTAVA: RATIFICACIÓN Y ACEPTACIÓN.-</w:t>
      </w:r>
    </w:p>
    <w:p w14:paraId="4CC4BEAD" w14:textId="77777777" w:rsidR="003C143B" w:rsidRDefault="00CA5DD2">
      <w:pPr>
        <w:spacing w:after="100"/>
        <w:jc w:val="both"/>
      </w:pPr>
      <w:r>
        <w:t>Los comparecientes se ratifican y aceptan la presente escritura en todas sus partes por convenir a sus intereses. EL ACREEDOR HIPOTECARIO acepta la hipoteca que se cons</w:t>
      </w:r>
      <w:r>
        <w:t>tituye a su favor.</w:t>
      </w:r>
    </w:p>
    <w:p w14:paraId="32D3E052" w14:textId="77777777" w:rsidR="003C143B" w:rsidRDefault="00CA5DD2">
      <w:pPr>
        <w:spacing w:after="100"/>
        <w:jc w:val="both"/>
      </w:pPr>
      <w:r>
        <w:t>Usted, señora Notaria, se servirá agregar las demás cláusulas de estilo necesarias para la plena validez de este instrumento.</w:t>
      </w:r>
    </w:p>
    <w:sectPr w:rsidR="003C143B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2A362" w14:textId="77777777" w:rsidR="00CA5DD2" w:rsidRDefault="00CA5DD2">
      <w:pPr>
        <w:spacing w:after="0" w:line="240" w:lineRule="auto"/>
      </w:pPr>
      <w:r>
        <w:separator/>
      </w:r>
    </w:p>
  </w:endnote>
  <w:endnote w:type="continuationSeparator" w:id="0">
    <w:p w14:paraId="26ECEF8A" w14:textId="77777777" w:rsidR="00CA5DD2" w:rsidRDefault="00CA5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CEEEE" w14:textId="77777777" w:rsidR="00CA5DD2" w:rsidRDefault="00CA5DD2">
      <w:pPr>
        <w:spacing w:after="0" w:line="240" w:lineRule="auto"/>
      </w:pPr>
      <w:r>
        <w:separator/>
      </w:r>
    </w:p>
  </w:footnote>
  <w:footnote w:type="continuationSeparator" w:id="0">
    <w:p w14:paraId="105D18D8" w14:textId="77777777" w:rsidR="00CA5DD2" w:rsidRDefault="00CA5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50B2B" w14:textId="77777777" w:rsidR="003C143B" w:rsidRDefault="003C143B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3C143B" w14:paraId="301A20B6" w14:textId="77777777">
      <w:trPr>
        <w:jc w:val="center"/>
      </w:trPr>
      <w:tc>
        <w:tcPr>
          <w:tcW w:w="4677" w:type="dxa"/>
        </w:tcPr>
        <w:p w14:paraId="37DA66A3" w14:textId="77777777" w:rsidR="003C143B" w:rsidRDefault="00CA5DD2">
          <w:r>
            <w:rPr>
              <w:noProof/>
            </w:rPr>
            <w:drawing>
              <wp:inline distT="0" distB="0" distL="0" distR="0" wp14:anchorId="3C6A1780" wp14:editId="4D1463DD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50A048EA" w14:textId="77777777" w:rsidR="003C143B" w:rsidRDefault="00CA5DD2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143B"/>
    <w:rsid w:val="00AA1D8D"/>
    <w:rsid w:val="00B47730"/>
    <w:rsid w:val="00C96AC9"/>
    <w:rsid w:val="00CA5DD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3AC6B"/>
  <w14:defaultImageDpi w14:val="300"/>
  <w15:docId w15:val="{1EA998B4-2956-4CB3-8556-CCE2BD3C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2026-08-19T04:09:00Z</dcterms:modified>
  <cp:category/>
</cp:coreProperties>
</file>